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662"/>
      </w:tblGrid>
      <w:tr w:rsidR="00E61AE3" w:rsidRPr="006A7500" w14:paraId="104E3639" w14:textId="77777777" w:rsidTr="00596A77">
        <w:trPr>
          <w:trHeight w:val="1566"/>
        </w:trPr>
        <w:tc>
          <w:tcPr>
            <w:tcW w:w="3261" w:type="dxa"/>
          </w:tcPr>
          <w:p w14:paraId="50C6A061" w14:textId="0314D6F1" w:rsidR="00E61AE3" w:rsidRPr="006A7500" w:rsidRDefault="00917565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drawing>
                <wp:anchor distT="0" distB="0" distL="114300" distR="114300" simplePos="0" relativeHeight="251660288" behindDoc="1" locked="0" layoutInCell="1" allowOverlap="1" wp14:anchorId="5A5ABCCA" wp14:editId="54B463EE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66675</wp:posOffset>
                  </wp:positionV>
                  <wp:extent cx="872490" cy="845820"/>
                  <wp:effectExtent l="0" t="0" r="3810" b="0"/>
                  <wp:wrapSquare wrapText="bothSides"/>
                  <wp:docPr id="20473569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5544F28" w14:textId="363D7D18" w:rsidR="00917565" w:rsidRPr="006A7500" w:rsidRDefault="00917565" w:rsidP="00917565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6662" w:type="dxa"/>
          </w:tcPr>
          <w:p w14:paraId="3E6DAB37" w14:textId="488B6CBF" w:rsidR="00917565" w:rsidRPr="006A7500" w:rsidRDefault="00143FF6" w:rsidP="00596A77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  <w:b/>
                <w:color w:val="0F6D74"/>
                <w:sz w:val="36"/>
              </w:rPr>
              <w:t>OFFICE DU MOUVEMENT SPORTIF</w:t>
            </w:r>
            <w:r w:rsidRPr="006A7500">
              <w:rPr>
                <w:rFonts w:ascii="Aptos" w:hAnsi="Aptos"/>
                <w:b/>
                <w:color w:val="0F6D74"/>
                <w:sz w:val="36"/>
              </w:rPr>
              <w:br/>
            </w:r>
            <w:r w:rsidRPr="006A7500">
              <w:rPr>
                <w:rFonts w:ascii="Aptos" w:hAnsi="Aptos"/>
                <w:b/>
                <w:bCs/>
                <w:color w:val="787878"/>
                <w:sz w:val="32"/>
                <w:szCs w:val="24"/>
              </w:rPr>
              <w:t>de Saint-Priest</w:t>
            </w:r>
          </w:p>
        </w:tc>
      </w:tr>
    </w:tbl>
    <w:p w14:paraId="27FDD96A" w14:textId="77777777" w:rsidR="00917565" w:rsidRPr="006A7500" w:rsidRDefault="00917565" w:rsidP="00700010">
      <w:pPr>
        <w:pStyle w:val="Titre1"/>
      </w:pPr>
      <w:r w:rsidRPr="006A7500">
        <w:t>PROPOSITIONS DE RÉCOMPENSES</w:t>
      </w:r>
    </w:p>
    <w:p w14:paraId="703152A1" w14:textId="7C1E31C2" w:rsidR="00E61AE3" w:rsidRPr="006A7500" w:rsidRDefault="00917565" w:rsidP="00917565">
      <w:pPr>
        <w:pStyle w:val="Titre1"/>
        <w:rPr>
          <w:bCs/>
        </w:rPr>
      </w:pPr>
      <w:r w:rsidRPr="006A7500">
        <w:rPr>
          <w:bCs/>
        </w:rPr>
        <w:t>Soirée des Trophées de l'OMS</w:t>
      </w:r>
      <w:r w:rsidRPr="006A7500">
        <w:rPr>
          <w:bCs/>
        </w:rPr>
        <w:t xml:space="preserve"> – 20</w:t>
      </w:r>
      <w:r w:rsidR="006A7500" w:rsidRPr="006A7500">
        <w:rPr>
          <w:bCs/>
        </w:rPr>
        <w:t xml:space="preserve"> </w:t>
      </w:r>
      <w:r w:rsidRPr="006A7500">
        <w:rPr>
          <w:bCs/>
        </w:rPr>
        <w:t>novembre 2026</w:t>
      </w:r>
    </w:p>
    <w:p w14:paraId="6A57F060" w14:textId="77777777" w:rsidR="00700010" w:rsidRPr="006A7500" w:rsidRDefault="00700010" w:rsidP="00472791">
      <w:pPr>
        <w:pStyle w:val="Sous-titre"/>
      </w:pPr>
      <w:r w:rsidRPr="006A7500">
        <w:t>Informations relatives au club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34"/>
        <w:gridCol w:w="6799"/>
      </w:tblGrid>
      <w:tr w:rsidR="00700010" w:rsidRPr="006A7500" w14:paraId="0BB335F8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16836A40" w14:textId="77777777" w:rsidR="00700010" w:rsidRPr="006A7500" w:rsidRDefault="00700010" w:rsidP="00C258D4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t>Club</w:t>
            </w:r>
          </w:p>
        </w:tc>
        <w:tc>
          <w:tcPr>
            <w:tcW w:w="6804" w:type="dxa"/>
          </w:tcPr>
          <w:p w14:paraId="4A8FDA36" w14:textId="77777777" w:rsidR="00700010" w:rsidRPr="006A7500" w:rsidRDefault="00700010" w:rsidP="00C258D4">
            <w:pPr>
              <w:rPr>
                <w:rFonts w:ascii="Aptos" w:hAnsi="Aptos"/>
              </w:rPr>
            </w:pPr>
          </w:p>
        </w:tc>
      </w:tr>
      <w:tr w:rsidR="00700010" w:rsidRPr="006A7500" w14:paraId="6870B6F7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752A113B" w14:textId="77777777" w:rsidR="00700010" w:rsidRPr="006A7500" w:rsidRDefault="00700010" w:rsidP="00C258D4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t>Activité</w:t>
            </w:r>
          </w:p>
        </w:tc>
        <w:tc>
          <w:tcPr>
            <w:tcW w:w="6804" w:type="dxa"/>
          </w:tcPr>
          <w:p w14:paraId="69E3EFBB" w14:textId="77777777" w:rsidR="00700010" w:rsidRPr="006A7500" w:rsidRDefault="00700010" w:rsidP="00C258D4">
            <w:pPr>
              <w:rPr>
                <w:rFonts w:ascii="Aptos" w:hAnsi="Aptos"/>
              </w:rPr>
            </w:pPr>
          </w:p>
        </w:tc>
      </w:tr>
      <w:tr w:rsidR="00700010" w:rsidRPr="006A7500" w14:paraId="45EEF4D2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4728205C" w14:textId="77777777" w:rsidR="00700010" w:rsidRPr="006A7500" w:rsidRDefault="00700010" w:rsidP="00C258D4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t>Fédération</w:t>
            </w:r>
          </w:p>
        </w:tc>
        <w:tc>
          <w:tcPr>
            <w:tcW w:w="6804" w:type="dxa"/>
          </w:tcPr>
          <w:p w14:paraId="696E4236" w14:textId="77777777" w:rsidR="00700010" w:rsidRPr="006A7500" w:rsidRDefault="00700010" w:rsidP="00C258D4">
            <w:pPr>
              <w:rPr>
                <w:rFonts w:ascii="Aptos" w:hAnsi="Aptos"/>
              </w:rPr>
            </w:pPr>
          </w:p>
        </w:tc>
      </w:tr>
      <w:tr w:rsidR="00700010" w:rsidRPr="006A7500" w14:paraId="057D6663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7B330902" w14:textId="77777777" w:rsidR="00700010" w:rsidRPr="006A7500" w:rsidRDefault="00700010" w:rsidP="00C258D4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t>Président(e)</w:t>
            </w:r>
          </w:p>
        </w:tc>
        <w:tc>
          <w:tcPr>
            <w:tcW w:w="6804" w:type="dxa"/>
          </w:tcPr>
          <w:p w14:paraId="6FED8111" w14:textId="77777777" w:rsidR="00700010" w:rsidRPr="006A7500" w:rsidRDefault="00700010" w:rsidP="00C258D4">
            <w:pPr>
              <w:rPr>
                <w:rFonts w:ascii="Aptos" w:hAnsi="Aptos"/>
              </w:rPr>
            </w:pPr>
          </w:p>
        </w:tc>
      </w:tr>
      <w:tr w:rsidR="00700010" w:rsidRPr="006A7500" w14:paraId="3D40F446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36CD8529" w14:textId="77777777" w:rsidR="00700010" w:rsidRPr="006A7500" w:rsidRDefault="00700010" w:rsidP="00C258D4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t>Correspondant du dossier</w:t>
            </w:r>
          </w:p>
        </w:tc>
        <w:tc>
          <w:tcPr>
            <w:tcW w:w="6804" w:type="dxa"/>
          </w:tcPr>
          <w:p w14:paraId="057A3B48" w14:textId="77777777" w:rsidR="00700010" w:rsidRPr="006A7500" w:rsidRDefault="00700010" w:rsidP="00C258D4">
            <w:pPr>
              <w:rPr>
                <w:rFonts w:ascii="Aptos" w:hAnsi="Aptos"/>
              </w:rPr>
            </w:pPr>
          </w:p>
        </w:tc>
      </w:tr>
      <w:tr w:rsidR="00700010" w:rsidRPr="006A7500" w14:paraId="333E5F86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7FE80754" w14:textId="77777777" w:rsidR="00700010" w:rsidRPr="006A7500" w:rsidRDefault="00700010" w:rsidP="00C258D4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t>Téléphone</w:t>
            </w:r>
          </w:p>
        </w:tc>
        <w:tc>
          <w:tcPr>
            <w:tcW w:w="6804" w:type="dxa"/>
          </w:tcPr>
          <w:p w14:paraId="036E22EC" w14:textId="77777777" w:rsidR="00700010" w:rsidRPr="006A7500" w:rsidRDefault="00700010" w:rsidP="00C258D4">
            <w:pPr>
              <w:rPr>
                <w:rFonts w:ascii="Aptos" w:hAnsi="Aptos"/>
              </w:rPr>
            </w:pPr>
          </w:p>
        </w:tc>
      </w:tr>
      <w:tr w:rsidR="00700010" w:rsidRPr="006A7500" w14:paraId="7D28A418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7AE35C76" w14:textId="77777777" w:rsidR="00700010" w:rsidRPr="006A7500" w:rsidRDefault="00700010" w:rsidP="00C258D4">
            <w:pPr>
              <w:rPr>
                <w:rFonts w:ascii="Aptos" w:hAnsi="Aptos"/>
              </w:rPr>
            </w:pPr>
            <w:r w:rsidRPr="006A7500">
              <w:rPr>
                <w:rFonts w:ascii="Aptos" w:hAnsi="Aptos"/>
              </w:rPr>
              <w:t>Courriel</w:t>
            </w:r>
          </w:p>
        </w:tc>
        <w:tc>
          <w:tcPr>
            <w:tcW w:w="6804" w:type="dxa"/>
          </w:tcPr>
          <w:p w14:paraId="7F5F1153" w14:textId="77777777" w:rsidR="00700010" w:rsidRPr="006A7500" w:rsidRDefault="00700010" w:rsidP="00C258D4">
            <w:pPr>
              <w:rPr>
                <w:rFonts w:ascii="Aptos" w:hAnsi="Aptos"/>
              </w:rPr>
            </w:pPr>
          </w:p>
        </w:tc>
      </w:tr>
    </w:tbl>
    <w:p w14:paraId="7E774110" w14:textId="77777777" w:rsidR="00D7320B" w:rsidRPr="00D7320B" w:rsidRDefault="00D7320B" w:rsidP="00D7320B">
      <w:pPr>
        <w:pStyle w:val="Sansinterligne"/>
        <w:rPr>
          <w:rFonts w:ascii="Aptos" w:hAnsi="Aptos"/>
          <w:sz w:val="20"/>
          <w:szCs w:val="20"/>
        </w:rPr>
      </w:pPr>
    </w:p>
    <w:p w14:paraId="1B2C322B" w14:textId="0098BC2A" w:rsidR="00700010" w:rsidRPr="006A7500" w:rsidRDefault="00700010" w:rsidP="00472791">
      <w:pPr>
        <w:pStyle w:val="Sous-titre"/>
      </w:pPr>
      <w:r w:rsidRPr="006A7500">
        <w:t>Consignes</w:t>
      </w:r>
    </w:p>
    <w:p w14:paraId="098D626F" w14:textId="1A8DED4C" w:rsidR="00700010" w:rsidRPr="006A7500" w:rsidRDefault="00700010" w:rsidP="006A7500">
      <w:pPr>
        <w:pStyle w:val="Listepuces"/>
        <w:jc w:val="both"/>
        <w:rPr>
          <w:rFonts w:ascii="Aptos" w:hAnsi="Aptos"/>
        </w:rPr>
      </w:pPr>
      <w:proofErr w:type="gramStart"/>
      <w:r w:rsidRPr="006A7500">
        <w:rPr>
          <w:rFonts w:ascii="Aptos" w:hAnsi="Aptos"/>
        </w:rPr>
        <w:t>écrire</w:t>
      </w:r>
      <w:proofErr w:type="gramEnd"/>
      <w:r w:rsidRPr="006A7500">
        <w:rPr>
          <w:rFonts w:ascii="Aptos" w:hAnsi="Aptos"/>
        </w:rPr>
        <w:t xml:space="preserve"> lisiblement</w:t>
      </w:r>
      <w:r w:rsidR="00596A77" w:rsidRPr="006A7500">
        <w:rPr>
          <w:rFonts w:ascii="Aptos" w:hAnsi="Aptos"/>
        </w:rPr>
        <w:t xml:space="preserve"> et en MAJUSCULES si le document est rempli à la main</w:t>
      </w:r>
      <w:r w:rsidRPr="006A7500">
        <w:rPr>
          <w:rFonts w:ascii="Aptos" w:hAnsi="Aptos"/>
        </w:rPr>
        <w:t xml:space="preserve"> ;</w:t>
      </w:r>
    </w:p>
    <w:p w14:paraId="1005E264" w14:textId="77777777" w:rsidR="00700010" w:rsidRPr="006A7500" w:rsidRDefault="00700010" w:rsidP="006A7500">
      <w:pPr>
        <w:pStyle w:val="Listepuces"/>
        <w:jc w:val="both"/>
        <w:rPr>
          <w:rFonts w:ascii="Aptos" w:hAnsi="Aptos"/>
        </w:rPr>
      </w:pPr>
      <w:proofErr w:type="gramStart"/>
      <w:r w:rsidRPr="006A7500">
        <w:rPr>
          <w:rFonts w:ascii="Aptos" w:hAnsi="Aptos"/>
        </w:rPr>
        <w:t>vérifier</w:t>
      </w:r>
      <w:proofErr w:type="gramEnd"/>
      <w:r w:rsidRPr="006A7500">
        <w:rPr>
          <w:rFonts w:ascii="Aptos" w:hAnsi="Aptos"/>
        </w:rPr>
        <w:t xml:space="preserve"> l'orthographe des noms et prénoms ;</w:t>
      </w:r>
    </w:p>
    <w:p w14:paraId="4CCAD44B" w14:textId="77777777" w:rsidR="00700010" w:rsidRPr="006A7500" w:rsidRDefault="00700010" w:rsidP="006A7500">
      <w:pPr>
        <w:pStyle w:val="Listepuces"/>
        <w:jc w:val="both"/>
        <w:rPr>
          <w:rFonts w:ascii="Aptos" w:hAnsi="Aptos"/>
        </w:rPr>
      </w:pPr>
      <w:proofErr w:type="gramStart"/>
      <w:r w:rsidRPr="006A7500">
        <w:rPr>
          <w:rFonts w:ascii="Aptos" w:hAnsi="Aptos"/>
        </w:rPr>
        <w:t>hiérarchiser</w:t>
      </w:r>
      <w:proofErr w:type="gramEnd"/>
      <w:r w:rsidRPr="006A7500">
        <w:rPr>
          <w:rFonts w:ascii="Aptos" w:hAnsi="Aptos"/>
        </w:rPr>
        <w:t xml:space="preserve"> vos propositions ;</w:t>
      </w:r>
    </w:p>
    <w:p w14:paraId="1C3F2368" w14:textId="186978B5" w:rsidR="00700010" w:rsidRPr="006A7500" w:rsidRDefault="00596A77" w:rsidP="006A7500">
      <w:pPr>
        <w:pStyle w:val="Listepuces"/>
        <w:jc w:val="both"/>
        <w:rPr>
          <w:rFonts w:ascii="Aptos" w:hAnsi="Aptos"/>
        </w:rPr>
      </w:pPr>
      <w:proofErr w:type="gramStart"/>
      <w:r w:rsidRPr="006A7500">
        <w:rPr>
          <w:rFonts w:ascii="Aptos" w:hAnsi="Aptos"/>
        </w:rPr>
        <w:t>bien</w:t>
      </w:r>
      <w:proofErr w:type="gramEnd"/>
      <w:r w:rsidRPr="006A7500">
        <w:rPr>
          <w:rFonts w:ascii="Aptos" w:hAnsi="Aptos"/>
        </w:rPr>
        <w:t xml:space="preserve"> </w:t>
      </w:r>
      <w:r w:rsidR="00700010" w:rsidRPr="006A7500">
        <w:rPr>
          <w:rFonts w:ascii="Aptos" w:hAnsi="Aptos"/>
        </w:rPr>
        <w:t>préciser les titres, résultats et niveaux de compétition.</w:t>
      </w:r>
    </w:p>
    <w:p w14:paraId="56177CB0" w14:textId="77777777" w:rsidR="006A7500" w:rsidRPr="006A7500" w:rsidRDefault="00700010" w:rsidP="006A7500">
      <w:pPr>
        <w:pStyle w:val="Sansinterligne"/>
        <w:jc w:val="both"/>
        <w:rPr>
          <w:rFonts w:ascii="Aptos" w:hAnsi="Aptos"/>
        </w:rPr>
      </w:pPr>
      <w:proofErr w:type="gramStart"/>
      <w:r w:rsidRPr="006A7500">
        <w:rPr>
          <w:rFonts w:ascii="Aptos" w:hAnsi="Aptos"/>
          <w:b/>
          <w:bCs/>
        </w:rPr>
        <w:t>ATTENTION</w:t>
      </w:r>
      <w:r w:rsidRPr="006A7500">
        <w:rPr>
          <w:rFonts w:ascii="Aptos" w:hAnsi="Aptos"/>
          <w:b/>
          <w:bCs/>
        </w:rPr>
        <w:t xml:space="preserve"> :</w:t>
      </w:r>
      <w:proofErr w:type="gramEnd"/>
      <w:r w:rsidRPr="006A7500">
        <w:rPr>
          <w:rFonts w:ascii="Aptos" w:hAnsi="Aptos"/>
        </w:rPr>
        <w:t xml:space="preserve"> </w:t>
      </w:r>
      <w:r w:rsidRPr="006A7500">
        <w:rPr>
          <w:rFonts w:ascii="Aptos" w:hAnsi="Aptos"/>
        </w:rPr>
        <w:t xml:space="preserve">Dans un souci </w:t>
      </w:r>
      <w:proofErr w:type="spellStart"/>
      <w:r w:rsidRPr="006A7500">
        <w:rPr>
          <w:rFonts w:ascii="Aptos" w:hAnsi="Aptos"/>
        </w:rPr>
        <w:t>d'équité</w:t>
      </w:r>
      <w:proofErr w:type="spellEnd"/>
      <w:r w:rsidRPr="006A7500">
        <w:rPr>
          <w:rFonts w:ascii="Aptos" w:hAnsi="Aptos"/>
        </w:rPr>
        <w:t xml:space="preserve">, </w:t>
      </w:r>
      <w:proofErr w:type="spellStart"/>
      <w:r w:rsidRPr="006A7500">
        <w:rPr>
          <w:rFonts w:ascii="Aptos" w:hAnsi="Aptos"/>
        </w:rPr>
        <w:t>l'OMS</w:t>
      </w:r>
      <w:proofErr w:type="spellEnd"/>
      <w:r w:rsidRPr="006A7500">
        <w:rPr>
          <w:rFonts w:ascii="Aptos" w:hAnsi="Aptos"/>
        </w:rPr>
        <w:t xml:space="preserve"> </w:t>
      </w:r>
      <w:r w:rsidR="00596A77" w:rsidRPr="006A7500">
        <w:rPr>
          <w:rFonts w:ascii="Aptos" w:hAnsi="Aptos"/>
        </w:rPr>
        <w:t xml:space="preserve">ne </w:t>
      </w:r>
      <w:proofErr w:type="spellStart"/>
      <w:r w:rsidRPr="006A7500">
        <w:rPr>
          <w:rFonts w:ascii="Aptos" w:hAnsi="Aptos"/>
        </w:rPr>
        <w:t>pourra</w:t>
      </w:r>
      <w:proofErr w:type="spellEnd"/>
      <w:r w:rsidRPr="006A7500">
        <w:rPr>
          <w:rFonts w:ascii="Aptos" w:hAnsi="Aptos"/>
        </w:rPr>
        <w:t xml:space="preserve"> </w:t>
      </w:r>
      <w:proofErr w:type="spellStart"/>
      <w:r w:rsidRPr="006A7500">
        <w:rPr>
          <w:rFonts w:ascii="Aptos" w:hAnsi="Aptos"/>
        </w:rPr>
        <w:t>récompenser</w:t>
      </w:r>
      <w:proofErr w:type="spellEnd"/>
      <w:r w:rsidRPr="006A7500">
        <w:rPr>
          <w:rFonts w:ascii="Aptos" w:hAnsi="Aptos"/>
        </w:rPr>
        <w:t xml:space="preserve"> </w:t>
      </w:r>
      <w:proofErr w:type="spellStart"/>
      <w:r w:rsidR="00596A77" w:rsidRPr="006A7500">
        <w:rPr>
          <w:rFonts w:ascii="Aptos" w:hAnsi="Aptos"/>
        </w:rPr>
        <w:t>que</w:t>
      </w:r>
      <w:proofErr w:type="spellEnd"/>
      <w:r w:rsidR="00596A77" w:rsidRPr="006A7500">
        <w:rPr>
          <w:rFonts w:ascii="Aptos" w:hAnsi="Aptos"/>
        </w:rPr>
        <w:t xml:space="preserve"> </w:t>
      </w:r>
      <w:proofErr w:type="spellStart"/>
      <w:r w:rsidRPr="006A7500">
        <w:rPr>
          <w:rFonts w:ascii="Aptos" w:hAnsi="Aptos"/>
        </w:rPr>
        <w:t>jusqu'à</w:t>
      </w:r>
      <w:proofErr w:type="spellEnd"/>
      <w:r w:rsidRPr="006A7500">
        <w:rPr>
          <w:rFonts w:ascii="Aptos" w:hAnsi="Aptos"/>
        </w:rPr>
        <w:t xml:space="preserve"> cinq propositions par club, </w:t>
      </w:r>
      <w:proofErr w:type="spellStart"/>
      <w:r w:rsidRPr="006A7500">
        <w:rPr>
          <w:rFonts w:ascii="Aptos" w:hAnsi="Aptos"/>
        </w:rPr>
        <w:t>toutes</w:t>
      </w:r>
      <w:proofErr w:type="spellEnd"/>
      <w:r w:rsidRPr="006A7500">
        <w:rPr>
          <w:rFonts w:ascii="Aptos" w:hAnsi="Aptos"/>
        </w:rPr>
        <w:t xml:space="preserve"> </w:t>
      </w:r>
      <w:proofErr w:type="spellStart"/>
      <w:r w:rsidRPr="006A7500">
        <w:rPr>
          <w:rFonts w:ascii="Aptos" w:hAnsi="Aptos"/>
        </w:rPr>
        <w:t>catégories</w:t>
      </w:r>
      <w:proofErr w:type="spellEnd"/>
      <w:r w:rsidRPr="006A7500">
        <w:rPr>
          <w:rFonts w:ascii="Aptos" w:hAnsi="Aptos"/>
        </w:rPr>
        <w:t xml:space="preserve"> </w:t>
      </w:r>
      <w:proofErr w:type="spellStart"/>
      <w:r w:rsidRPr="006A7500">
        <w:rPr>
          <w:rFonts w:ascii="Aptos" w:hAnsi="Aptos"/>
        </w:rPr>
        <w:t>confondues</w:t>
      </w:r>
      <w:proofErr w:type="spellEnd"/>
      <w:r w:rsidRPr="006A7500">
        <w:rPr>
          <w:rFonts w:ascii="Aptos" w:hAnsi="Aptos"/>
        </w:rPr>
        <w:t>.</w:t>
      </w:r>
    </w:p>
    <w:p w14:paraId="0E51F904" w14:textId="21445903" w:rsidR="00700010" w:rsidRDefault="00700010" w:rsidP="006A7500">
      <w:pPr>
        <w:pStyle w:val="Sansinterligne"/>
        <w:jc w:val="both"/>
        <w:rPr>
          <w:rFonts w:ascii="Aptos" w:hAnsi="Aptos"/>
        </w:rPr>
      </w:pPr>
      <w:r w:rsidRPr="006A7500">
        <w:rPr>
          <w:rFonts w:ascii="Aptos" w:hAnsi="Aptos"/>
        </w:rPr>
        <w:t xml:space="preserve">Le jury </w:t>
      </w:r>
      <w:proofErr w:type="spellStart"/>
      <w:r w:rsidRPr="006A7500">
        <w:rPr>
          <w:rFonts w:ascii="Aptos" w:hAnsi="Aptos"/>
        </w:rPr>
        <w:t>examinera</w:t>
      </w:r>
      <w:proofErr w:type="spellEnd"/>
      <w:r w:rsidR="00596A77" w:rsidRPr="006A7500">
        <w:rPr>
          <w:rFonts w:ascii="Aptos" w:hAnsi="Aptos"/>
        </w:rPr>
        <w:t xml:space="preserve">, </w:t>
      </w:r>
      <w:proofErr w:type="spellStart"/>
      <w:r w:rsidR="00596A77" w:rsidRPr="006A7500">
        <w:rPr>
          <w:rFonts w:ascii="Aptos" w:hAnsi="Aptos"/>
        </w:rPr>
        <w:t>lors</w:t>
      </w:r>
      <w:proofErr w:type="spellEnd"/>
      <w:r w:rsidR="00596A77" w:rsidRPr="006A7500">
        <w:rPr>
          <w:rFonts w:ascii="Aptos" w:hAnsi="Aptos"/>
        </w:rPr>
        <w:t xml:space="preserve"> de la </w:t>
      </w:r>
      <w:proofErr w:type="spellStart"/>
      <w:r w:rsidR="00596A77" w:rsidRPr="006A7500">
        <w:rPr>
          <w:rFonts w:ascii="Aptos" w:hAnsi="Aptos"/>
        </w:rPr>
        <w:t>r</w:t>
      </w:r>
      <w:r w:rsidR="006A7500" w:rsidRPr="006A7500">
        <w:rPr>
          <w:rFonts w:ascii="Aptos" w:hAnsi="Aptos"/>
        </w:rPr>
        <w:t>é</w:t>
      </w:r>
      <w:r w:rsidR="00596A77" w:rsidRPr="006A7500">
        <w:rPr>
          <w:rFonts w:ascii="Aptos" w:hAnsi="Aptos"/>
        </w:rPr>
        <w:t>union</w:t>
      </w:r>
      <w:proofErr w:type="spellEnd"/>
      <w:r w:rsidR="00596A77" w:rsidRPr="006A7500">
        <w:rPr>
          <w:rFonts w:ascii="Aptos" w:hAnsi="Aptos"/>
        </w:rPr>
        <w:t xml:space="preserve"> du </w:t>
      </w:r>
      <w:proofErr w:type="spellStart"/>
      <w:r w:rsidR="006A7500" w:rsidRPr="006A7500">
        <w:rPr>
          <w:rFonts w:ascii="Aptos" w:hAnsi="Aptos"/>
        </w:rPr>
        <w:t>lundi</w:t>
      </w:r>
      <w:proofErr w:type="spellEnd"/>
      <w:r w:rsidR="006A7500" w:rsidRPr="006A7500">
        <w:rPr>
          <w:rFonts w:ascii="Aptos" w:hAnsi="Aptos"/>
        </w:rPr>
        <w:t xml:space="preserve"> </w:t>
      </w:r>
      <w:proofErr w:type="gramStart"/>
      <w:r w:rsidR="00596A77" w:rsidRPr="006A7500">
        <w:rPr>
          <w:rFonts w:ascii="Aptos" w:hAnsi="Aptos"/>
        </w:rPr>
        <w:t>26</w:t>
      </w:r>
      <w:proofErr w:type="gramEnd"/>
      <w:r w:rsidR="00596A77" w:rsidRPr="006A7500">
        <w:rPr>
          <w:rFonts w:ascii="Aptos" w:hAnsi="Aptos"/>
        </w:rPr>
        <w:t xml:space="preserve"> </w:t>
      </w:r>
      <w:proofErr w:type="spellStart"/>
      <w:r w:rsidR="00596A77" w:rsidRPr="006A7500">
        <w:rPr>
          <w:rFonts w:ascii="Aptos" w:hAnsi="Aptos"/>
        </w:rPr>
        <w:t>octobre</w:t>
      </w:r>
      <w:proofErr w:type="spellEnd"/>
      <w:r w:rsidR="00596A77" w:rsidRPr="006A7500">
        <w:rPr>
          <w:rFonts w:ascii="Aptos" w:hAnsi="Aptos"/>
        </w:rPr>
        <w:t xml:space="preserve">, </w:t>
      </w:r>
      <w:proofErr w:type="spellStart"/>
      <w:r w:rsidRPr="006A7500">
        <w:rPr>
          <w:rFonts w:ascii="Aptos" w:hAnsi="Aptos"/>
        </w:rPr>
        <w:t>l'ensemble</w:t>
      </w:r>
      <w:proofErr w:type="spellEnd"/>
      <w:r w:rsidRPr="006A7500">
        <w:rPr>
          <w:rFonts w:ascii="Aptos" w:hAnsi="Aptos"/>
        </w:rPr>
        <w:t xml:space="preserve"> des propositions </w:t>
      </w:r>
      <w:proofErr w:type="spellStart"/>
      <w:r w:rsidRPr="006A7500">
        <w:rPr>
          <w:rFonts w:ascii="Aptos" w:hAnsi="Aptos"/>
        </w:rPr>
        <w:t>en</w:t>
      </w:r>
      <w:proofErr w:type="spellEnd"/>
      <w:r w:rsidRPr="006A7500">
        <w:rPr>
          <w:rFonts w:ascii="Aptos" w:hAnsi="Aptos"/>
        </w:rPr>
        <w:t xml:space="preserve"> tenant compte de </w:t>
      </w:r>
      <w:proofErr w:type="spellStart"/>
      <w:r w:rsidRPr="006A7500">
        <w:rPr>
          <w:rFonts w:ascii="Aptos" w:hAnsi="Aptos"/>
        </w:rPr>
        <w:t>leur</w:t>
      </w:r>
      <w:proofErr w:type="spellEnd"/>
      <w:r w:rsidRPr="006A7500">
        <w:rPr>
          <w:rFonts w:ascii="Aptos" w:hAnsi="Aptos"/>
        </w:rPr>
        <w:t xml:space="preserve"> </w:t>
      </w:r>
      <w:proofErr w:type="spellStart"/>
      <w:r w:rsidRPr="006A7500">
        <w:rPr>
          <w:rFonts w:ascii="Aptos" w:hAnsi="Aptos"/>
        </w:rPr>
        <w:t>intérêt</w:t>
      </w:r>
      <w:proofErr w:type="spellEnd"/>
      <w:r w:rsidRPr="006A7500">
        <w:rPr>
          <w:rFonts w:ascii="Aptos" w:hAnsi="Aptos"/>
        </w:rPr>
        <w:t xml:space="preserve">, du budget disponible et du </w:t>
      </w:r>
      <w:proofErr w:type="spellStart"/>
      <w:r w:rsidRPr="006A7500">
        <w:rPr>
          <w:rFonts w:ascii="Aptos" w:hAnsi="Aptos"/>
        </w:rPr>
        <w:t>déroulement</w:t>
      </w:r>
      <w:proofErr w:type="spellEnd"/>
      <w:r w:rsidRPr="006A7500">
        <w:rPr>
          <w:rFonts w:ascii="Aptos" w:hAnsi="Aptos"/>
        </w:rPr>
        <w:t xml:space="preserve"> de la </w:t>
      </w:r>
      <w:proofErr w:type="spellStart"/>
      <w:r w:rsidRPr="006A7500">
        <w:rPr>
          <w:rFonts w:ascii="Aptos" w:hAnsi="Aptos"/>
        </w:rPr>
        <w:t>cérémonie</w:t>
      </w:r>
      <w:proofErr w:type="spellEnd"/>
      <w:r w:rsidRPr="006A7500">
        <w:rPr>
          <w:rFonts w:ascii="Aptos" w:hAnsi="Aptos"/>
        </w:rPr>
        <w:t>.</w:t>
      </w:r>
    </w:p>
    <w:p w14:paraId="6C9BB12C" w14:textId="77777777" w:rsidR="006A7500" w:rsidRPr="006A7500" w:rsidRDefault="006A7500" w:rsidP="006A7500">
      <w:pPr>
        <w:pStyle w:val="Sansinterligne"/>
        <w:jc w:val="both"/>
        <w:rPr>
          <w:rFonts w:ascii="Aptos" w:hAnsi="Aptos"/>
        </w:rPr>
      </w:pPr>
    </w:p>
    <w:p w14:paraId="79CAB989" w14:textId="70253F44" w:rsidR="00700010" w:rsidRPr="006A7500" w:rsidRDefault="00700010" w:rsidP="00472791">
      <w:pPr>
        <w:pStyle w:val="Sous-titre"/>
      </w:pPr>
      <w:r w:rsidRPr="006A7500">
        <w:t>Temps forts de la saison sportive 2025/2026</w:t>
      </w:r>
      <w:r w:rsidR="00614D06">
        <w:t xml:space="preserve"> de votre club</w:t>
      </w:r>
    </w:p>
    <w:p w14:paraId="713CA79D" w14:textId="77777777" w:rsidR="00700010" w:rsidRPr="006A7500" w:rsidRDefault="00700010" w:rsidP="006A7500">
      <w:pPr>
        <w:jc w:val="both"/>
        <w:rPr>
          <w:rFonts w:ascii="Aptos" w:hAnsi="Aptos"/>
        </w:rPr>
      </w:pPr>
      <w:r w:rsidRPr="006A7500">
        <w:rPr>
          <w:rFonts w:ascii="Aptos" w:hAnsi="Aptos"/>
        </w:rPr>
        <w:t>Présentez les principaux temps forts de votre saison sportive : résultats, événements, initiatives, actions marquantes ou anecdotes qui pourront être valorisés lors de la Soirée des Trophées.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700010" w:rsidRPr="003D0D0E" w14:paraId="2C719E5B" w14:textId="77777777" w:rsidTr="003D0D0E">
        <w:tc>
          <w:tcPr>
            <w:tcW w:w="9639" w:type="dxa"/>
          </w:tcPr>
          <w:p w14:paraId="63A5AB8D" w14:textId="77777777" w:rsidR="00700010" w:rsidRPr="003D0D0E" w:rsidRDefault="00700010" w:rsidP="003D0D0E">
            <w:pPr>
              <w:pStyle w:val="Sansinterligne"/>
              <w:rPr>
                <w:rFonts w:ascii="Aptos" w:hAnsi="Aptos"/>
              </w:rPr>
            </w:pPr>
          </w:p>
          <w:p w14:paraId="2690A03B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16512E99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099C34FA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1734BB31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2B80ED5D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15E93CD2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32A4E4A2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1F81E839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179F5A26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  <w:p w14:paraId="3EF73323" w14:textId="77777777" w:rsidR="008E2E4E" w:rsidRPr="003D0D0E" w:rsidRDefault="008E2E4E" w:rsidP="003D0D0E">
            <w:pPr>
              <w:pStyle w:val="Sansinterligne"/>
              <w:rPr>
                <w:rFonts w:ascii="Aptos" w:hAnsi="Aptos"/>
              </w:rPr>
            </w:pPr>
          </w:p>
        </w:tc>
      </w:tr>
    </w:tbl>
    <w:p w14:paraId="15C99400" w14:textId="77777777" w:rsidR="008E2E4E" w:rsidRPr="006A7500" w:rsidRDefault="008E2E4E">
      <w:r w:rsidRPr="006A7500">
        <w:rPr>
          <w:b/>
        </w:rPr>
        <w:br w:type="page"/>
      </w:r>
    </w:p>
    <w:p w14:paraId="36CCE668" w14:textId="0C00CD1D" w:rsidR="00700010" w:rsidRPr="006A7500" w:rsidRDefault="00700010" w:rsidP="00472791">
      <w:pPr>
        <w:pStyle w:val="Sous-titre"/>
      </w:pPr>
      <w:r w:rsidRPr="006A7500">
        <w:lastRenderedPageBreak/>
        <w:t>1 – Proposition d'un bénévole, dirigeant ou arbitre</w:t>
      </w:r>
    </w:p>
    <w:p w14:paraId="7E0AB34A" w14:textId="310CA31D" w:rsidR="006A7500" w:rsidRPr="006A7500" w:rsidRDefault="008B635C" w:rsidP="006A7500">
      <w:pPr>
        <w:jc w:val="both"/>
        <w:rPr>
          <w:rFonts w:ascii="Aptos" w:hAnsi="Aptos"/>
        </w:rPr>
      </w:pPr>
      <w:r>
        <w:rPr>
          <w:rFonts w:ascii="Aptos" w:hAnsi="Aptos"/>
        </w:rPr>
        <w:t>Vous souhaitez</w:t>
      </w:r>
      <w:r w:rsidR="006A7500" w:rsidRPr="006A7500">
        <w:rPr>
          <w:rFonts w:ascii="Aptos" w:hAnsi="Aptos"/>
        </w:rPr>
        <w:t xml:space="preserve"> récompenser un dirigeant, un arbitre ou un membre de votre club toujours disponible, efficace pour la bonne marche de votre activité ? Cela peut être aussi un jeune de moins de 20 ans ayant obtenu un diplôme dans le cadre de son investissement au sein du club.</w:t>
      </w:r>
    </w:p>
    <w:p w14:paraId="6DAFEA36" w14:textId="4CA2EB7D" w:rsidR="00700010" w:rsidRPr="006A7500" w:rsidRDefault="00700010" w:rsidP="00700010">
      <w:pPr>
        <w:rPr>
          <w:rFonts w:ascii="Aptos" w:hAnsi="Aptos"/>
        </w:rPr>
      </w:pPr>
      <w:r w:rsidRPr="006A7500">
        <w:rPr>
          <w:rFonts w:ascii="Aptos" w:hAnsi="Aptos"/>
        </w:rPr>
        <w:t>Prénom : ____________________    Nom : ____________________</w:t>
      </w:r>
    </w:p>
    <w:p w14:paraId="10B90FEF" w14:textId="77777777" w:rsidR="00700010" w:rsidRPr="006A7500" w:rsidRDefault="00700010" w:rsidP="00700010">
      <w:pPr>
        <w:pStyle w:val="Titre2"/>
        <w:rPr>
          <w:rFonts w:ascii="Aptos" w:hAnsi="Aptos"/>
        </w:rPr>
      </w:pPr>
      <w:r w:rsidRPr="006A7500">
        <w:rPr>
          <w:rFonts w:ascii="Aptos" w:hAnsi="Aptos"/>
        </w:rPr>
        <w:t>Motifs de la proposition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700010" w:rsidRPr="006A7500" w14:paraId="209C2310" w14:textId="77777777" w:rsidTr="003D0D0E">
        <w:tc>
          <w:tcPr>
            <w:tcW w:w="9639" w:type="dxa"/>
          </w:tcPr>
          <w:p w14:paraId="4EC931CB" w14:textId="77777777" w:rsidR="00700010" w:rsidRPr="006A7500" w:rsidRDefault="00700010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ABF3058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F297D6F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5064350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19FC57C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82C1E0E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417C781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C5C47E1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61DFD208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C80B026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BE3B374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F93AC38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B497FCF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D119100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9824CE0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64D05CB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6A4F01C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</w:tbl>
    <w:p w14:paraId="2AA38223" w14:textId="77777777" w:rsidR="00700010" w:rsidRPr="006A7500" w:rsidRDefault="00700010" w:rsidP="00700010">
      <w:r w:rsidRPr="006A7500">
        <w:t xml:space="preserve">Ancienneté au sein du club : </w:t>
      </w:r>
      <w:r w:rsidRPr="008B635C">
        <w:t>__________</w:t>
      </w:r>
      <w:r w:rsidRPr="006A7500">
        <w:t xml:space="preserve"> ans</w:t>
      </w:r>
    </w:p>
    <w:p w14:paraId="4B7B32FB" w14:textId="77777777" w:rsidR="00700010" w:rsidRDefault="00700010" w:rsidP="00472791">
      <w:pPr>
        <w:pStyle w:val="Sous-titre"/>
      </w:pPr>
      <w:r w:rsidRPr="006A7500">
        <w:t>2 – Proposition d'un sportif méritant</w:t>
      </w:r>
    </w:p>
    <w:p w14:paraId="01013148" w14:textId="77777777" w:rsidR="008B635C" w:rsidRPr="008B635C" w:rsidRDefault="008B635C" w:rsidP="008B635C">
      <w:pPr>
        <w:jc w:val="both"/>
        <w:rPr>
          <w:rFonts w:ascii="Aptos" w:hAnsi="Aptos"/>
        </w:rPr>
      </w:pPr>
      <w:r w:rsidRPr="008B635C">
        <w:rPr>
          <w:rFonts w:ascii="Aptos" w:hAnsi="Aptos"/>
        </w:rPr>
        <w:t>Vous souhaitez mettre à l'honneur un sportif dont l'engagement, le parcours ou l'exemplarité méritent une distinction.</w:t>
      </w:r>
    </w:p>
    <w:p w14:paraId="505F92B6" w14:textId="77777777" w:rsidR="00700010" w:rsidRPr="006A7500" w:rsidRDefault="00700010" w:rsidP="00700010">
      <w:pPr>
        <w:rPr>
          <w:rFonts w:ascii="Aptos" w:hAnsi="Aptos"/>
        </w:rPr>
      </w:pPr>
      <w:r w:rsidRPr="006A7500">
        <w:rPr>
          <w:rFonts w:ascii="Aptos" w:hAnsi="Aptos"/>
        </w:rPr>
        <w:t>Prénom : ____________________    Nom : ____________________</w:t>
      </w:r>
    </w:p>
    <w:p w14:paraId="7D8C2D8D" w14:textId="77777777" w:rsidR="00700010" w:rsidRPr="006A7500" w:rsidRDefault="00700010" w:rsidP="00700010">
      <w:pPr>
        <w:pStyle w:val="Titre2"/>
        <w:rPr>
          <w:rFonts w:ascii="Aptos" w:hAnsi="Aptos"/>
        </w:rPr>
      </w:pPr>
      <w:r w:rsidRPr="006A7500">
        <w:rPr>
          <w:rFonts w:ascii="Aptos" w:hAnsi="Aptos"/>
        </w:rPr>
        <w:t>Motifs de la proposition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700010" w:rsidRPr="006A7500" w14:paraId="27DA3A24" w14:textId="77777777" w:rsidTr="003D0D0E">
        <w:tc>
          <w:tcPr>
            <w:tcW w:w="9639" w:type="dxa"/>
          </w:tcPr>
          <w:p w14:paraId="273F83DC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AB25B59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76749A9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081BA8E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17F5D48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971092B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079813F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0604ACC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9221FCC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D2A849D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632E6965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68E27AE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694E57A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693433B0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2AFD3E3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E6062FC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5BC6779" w14:textId="77777777" w:rsidR="008E2E4E" w:rsidRPr="006A7500" w:rsidRDefault="008E2E4E" w:rsidP="008E2E4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</w:tbl>
    <w:p w14:paraId="469D8ADA" w14:textId="77777777" w:rsidR="00700010" w:rsidRPr="006A7500" w:rsidRDefault="00700010" w:rsidP="00700010">
      <w:r w:rsidRPr="006A7500">
        <w:t>Ancienneté au sein du club : __________ ans</w:t>
      </w:r>
    </w:p>
    <w:p w14:paraId="180CF08F" w14:textId="43755D57" w:rsidR="00700010" w:rsidRPr="006A7500" w:rsidRDefault="00700010">
      <w:r w:rsidRPr="006A7500">
        <w:br w:type="page"/>
      </w:r>
    </w:p>
    <w:p w14:paraId="791389A9" w14:textId="5E36E239" w:rsidR="00AC0E2E" w:rsidRPr="006A7500" w:rsidRDefault="00AC0E2E" w:rsidP="00AC0E2E">
      <w:pPr>
        <w:jc w:val="both"/>
        <w:rPr>
          <w:rFonts w:ascii="Aptos" w:hAnsi="Aptos" w:cs="Arial"/>
          <w:szCs w:val="24"/>
        </w:rPr>
      </w:pPr>
      <w:r w:rsidRPr="006A7500">
        <w:rPr>
          <w:rFonts w:ascii="Aptos" w:hAnsi="Aptos"/>
        </w:rPr>
        <w:lastRenderedPageBreak/>
        <w:drawing>
          <wp:anchor distT="0" distB="0" distL="114300" distR="114300" simplePos="0" relativeHeight="251662336" behindDoc="1" locked="0" layoutInCell="1" allowOverlap="0" wp14:anchorId="5ABA6C71" wp14:editId="3CDF087D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441960" cy="370840"/>
            <wp:effectExtent l="0" t="0" r="0" b="0"/>
            <wp:wrapTight wrapText="bothSides">
              <wp:wrapPolygon edited="0">
                <wp:start x="8379" y="0"/>
                <wp:lineTo x="0" y="16644"/>
                <wp:lineTo x="0" y="19973"/>
                <wp:lineTo x="20483" y="19973"/>
                <wp:lineTo x="20483" y="16644"/>
                <wp:lineTo x="18621" y="11096"/>
                <wp:lineTo x="13034" y="0"/>
                <wp:lineTo x="8379" y="0"/>
              </wp:wrapPolygon>
            </wp:wrapTight>
            <wp:docPr id="4" name="Image 1" descr="Panneau d'avertissement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Panneau d'avertissement vector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7500">
        <w:rPr>
          <w:rFonts w:ascii="Aptos" w:hAnsi="Aptos" w:cs="Arial"/>
          <w:b/>
          <w:bCs/>
          <w:szCs w:val="24"/>
        </w:rPr>
        <w:t>Récompenses sportives</w:t>
      </w:r>
      <w:r w:rsidRPr="006A7500">
        <w:rPr>
          <w:rFonts w:ascii="Aptos" w:hAnsi="Aptos" w:cs="Arial"/>
          <w:bCs/>
          <w:szCs w:val="24"/>
        </w:rPr>
        <w:t xml:space="preserve"> : </w:t>
      </w:r>
      <w:r w:rsidRPr="006A7500">
        <w:rPr>
          <w:rFonts w:ascii="Aptos" w:hAnsi="Aptos" w:cs="Arial"/>
          <w:szCs w:val="24"/>
        </w:rPr>
        <w:t>Indiquer précisément le nombre d’équipiers, les titres exacts et le rang obtenus : (exemple : le 4</w:t>
      </w:r>
      <w:r w:rsidRPr="006A7500">
        <w:rPr>
          <w:rFonts w:ascii="Aptos" w:hAnsi="Aptos" w:cs="Arial"/>
          <w:szCs w:val="24"/>
          <w:vertAlign w:val="superscript"/>
        </w:rPr>
        <w:t>ème</w:t>
      </w:r>
      <w:r w:rsidRPr="006A7500">
        <w:rPr>
          <w:rFonts w:ascii="Aptos" w:hAnsi="Aptos" w:cs="Arial"/>
          <w:szCs w:val="24"/>
        </w:rPr>
        <w:t xml:space="preserve"> national, mais champion Régional sera récompensé </w:t>
      </w:r>
      <w:r w:rsidR="00614D06">
        <w:rPr>
          <w:rFonts w:ascii="Aptos" w:hAnsi="Aptos" w:cs="Arial"/>
          <w:szCs w:val="24"/>
        </w:rPr>
        <w:t xml:space="preserve">uniquement </w:t>
      </w:r>
      <w:r w:rsidRPr="006A7500">
        <w:rPr>
          <w:rFonts w:ascii="Aptos" w:hAnsi="Aptos" w:cs="Arial"/>
          <w:szCs w:val="24"/>
        </w:rPr>
        <w:t>en Régional)</w:t>
      </w:r>
    </w:p>
    <w:p w14:paraId="7D951102" w14:textId="77777777" w:rsidR="00AC0E2E" w:rsidRPr="006A7500" w:rsidRDefault="00AC0E2E" w:rsidP="00AC0E2E">
      <w:pPr>
        <w:jc w:val="both"/>
        <w:rPr>
          <w:rFonts w:ascii="Aptos" w:hAnsi="Aptos" w:cs="Arial"/>
          <w:szCs w:val="24"/>
        </w:rPr>
      </w:pPr>
      <w:r w:rsidRPr="006A7500">
        <w:rPr>
          <w:rFonts w:ascii="Aptos" w:hAnsi="Aptos" w:cs="Arial"/>
          <w:szCs w:val="24"/>
        </w:rPr>
        <w:t>En fonction des sports et des méthodes de classement fédéraux, n’hésitez pas à nous proposer et détailler les résultats mis en avant</w:t>
      </w:r>
    </w:p>
    <w:p w14:paraId="24E4B439" w14:textId="00213239" w:rsidR="00700010" w:rsidRPr="006A7500" w:rsidRDefault="00700010" w:rsidP="00472791">
      <w:pPr>
        <w:pStyle w:val="Sous-titre"/>
      </w:pPr>
      <w:r w:rsidRPr="006A7500">
        <w:t>3 – Proposition d'une équipe à récompenser</w:t>
      </w:r>
    </w:p>
    <w:tbl>
      <w:tblPr>
        <w:tblW w:w="10773" w:type="dxa"/>
        <w:tblInd w:w="-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9"/>
        <w:gridCol w:w="1276"/>
        <w:gridCol w:w="3381"/>
        <w:gridCol w:w="637"/>
        <w:gridCol w:w="614"/>
        <w:gridCol w:w="593"/>
        <w:gridCol w:w="728"/>
      </w:tblGrid>
      <w:tr w:rsidR="00700010" w:rsidRPr="009B32CA" w14:paraId="68D263AD" w14:textId="77777777" w:rsidTr="003D0D0E">
        <w:trPr>
          <w:trHeight w:val="382"/>
        </w:trPr>
        <w:tc>
          <w:tcPr>
            <w:tcW w:w="2835" w:type="dxa"/>
            <w:shd w:val="clear" w:color="auto" w:fill="F2F2F2" w:themeFill="background1" w:themeFillShade="F2"/>
          </w:tcPr>
          <w:p w14:paraId="74E2BF2D" w14:textId="2344BCF9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 xml:space="preserve">Équipe / </w:t>
            </w:r>
            <w:r w:rsidR="008E2E4E" w:rsidRPr="009B32CA">
              <w:rPr>
                <w:rFonts w:ascii="Aptos" w:hAnsi="Aptos"/>
                <w:b/>
                <w:bCs/>
                <w:color w:val="4F81BD" w:themeColor="accent1"/>
              </w:rPr>
              <w:t>(prénoms / nom)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9CD24B3" w14:textId="77777777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Âge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E05AA8B" w14:textId="77777777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Catégorie</w:t>
            </w:r>
          </w:p>
        </w:tc>
        <w:tc>
          <w:tcPr>
            <w:tcW w:w="3381" w:type="dxa"/>
            <w:shd w:val="clear" w:color="auto" w:fill="F2F2F2" w:themeFill="background1" w:themeFillShade="F2"/>
          </w:tcPr>
          <w:p w14:paraId="0A6C3CDD" w14:textId="77777777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Résultats obtenus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5679DC2" w14:textId="67A2A33B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proofErr w:type="spellStart"/>
            <w:r w:rsidRPr="009B32CA">
              <w:rPr>
                <w:rFonts w:ascii="Aptos" w:hAnsi="Aptos"/>
                <w:b/>
                <w:bCs/>
                <w:color w:val="4F81BD" w:themeColor="accent1"/>
              </w:rPr>
              <w:t>Dép</w:t>
            </w:r>
            <w:proofErr w:type="spellEnd"/>
          </w:p>
        </w:tc>
        <w:tc>
          <w:tcPr>
            <w:tcW w:w="614" w:type="dxa"/>
            <w:shd w:val="clear" w:color="auto" w:fill="F2F2F2" w:themeFill="background1" w:themeFillShade="F2"/>
          </w:tcPr>
          <w:p w14:paraId="231C1384" w14:textId="655D0F62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Rég</w:t>
            </w:r>
          </w:p>
        </w:tc>
        <w:tc>
          <w:tcPr>
            <w:tcW w:w="593" w:type="dxa"/>
            <w:shd w:val="clear" w:color="auto" w:fill="F2F2F2" w:themeFill="background1" w:themeFillShade="F2"/>
          </w:tcPr>
          <w:p w14:paraId="07256222" w14:textId="3E241398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Nat</w:t>
            </w:r>
          </w:p>
        </w:tc>
        <w:tc>
          <w:tcPr>
            <w:tcW w:w="728" w:type="dxa"/>
            <w:shd w:val="clear" w:color="auto" w:fill="F2F2F2" w:themeFill="background1" w:themeFillShade="F2"/>
          </w:tcPr>
          <w:p w14:paraId="40326827" w14:textId="091084C4" w:rsidR="00700010" w:rsidRPr="009B32CA" w:rsidRDefault="00700010" w:rsidP="00C258D4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Inter</w:t>
            </w:r>
          </w:p>
        </w:tc>
      </w:tr>
      <w:tr w:rsidR="00700010" w:rsidRPr="006A7500" w14:paraId="490F11FB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153C0F7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C9C9AA0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FDC9100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6F802AB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AE8D989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5930B51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31D35EC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6A46D6EF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9" w:type="dxa"/>
          </w:tcPr>
          <w:p w14:paraId="3AB08F07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276" w:type="dxa"/>
          </w:tcPr>
          <w:p w14:paraId="226BD138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381" w:type="dxa"/>
          </w:tcPr>
          <w:p w14:paraId="1D46045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22227EB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14" w:type="dxa"/>
          </w:tcPr>
          <w:p w14:paraId="2064E46A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599B827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3DE9AFEE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7D6BB784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75AE92E3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ECA947D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D290FEE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1788680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F1B8D1D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B574BC0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E8D6BD8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62319FD3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9" w:type="dxa"/>
          </w:tcPr>
          <w:p w14:paraId="24CD5319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276" w:type="dxa"/>
          </w:tcPr>
          <w:p w14:paraId="73F999B4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381" w:type="dxa"/>
          </w:tcPr>
          <w:p w14:paraId="498A945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646A84EE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14" w:type="dxa"/>
          </w:tcPr>
          <w:p w14:paraId="657A93C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2A84E42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4732A834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3751D21B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124720C0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D0E48C8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C354D14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02ABFE9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6B49412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2DFA505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C289480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86C40FC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9" w:type="dxa"/>
          </w:tcPr>
          <w:p w14:paraId="5C05CB1A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276" w:type="dxa"/>
          </w:tcPr>
          <w:p w14:paraId="654D9031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381" w:type="dxa"/>
          </w:tcPr>
          <w:p w14:paraId="6BA18948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2F1C750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14" w:type="dxa"/>
          </w:tcPr>
          <w:p w14:paraId="71C39B7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7830D87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04EDF161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2418F047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0EF4A2E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1F36F7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E09A8E4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F114C2D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6F9B98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1B32E64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33CF5B5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8F634AB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9" w:type="dxa"/>
          </w:tcPr>
          <w:p w14:paraId="784F5C4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276" w:type="dxa"/>
          </w:tcPr>
          <w:p w14:paraId="17953AE3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381" w:type="dxa"/>
          </w:tcPr>
          <w:p w14:paraId="5300D76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62555CF1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14" w:type="dxa"/>
          </w:tcPr>
          <w:p w14:paraId="7FDB7C6A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2240D9C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2CF091D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7EBC1622" w14:textId="77777777" w:rsidTr="003D0D0E">
        <w:tc>
          <w:tcPr>
            <w:tcW w:w="2835" w:type="dxa"/>
            <w:shd w:val="clear" w:color="auto" w:fill="F2F2F2" w:themeFill="background1" w:themeFillShade="F2"/>
          </w:tcPr>
          <w:p w14:paraId="6EE9448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96D7EC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BFDA9DB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942E07A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EAB0481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18746DF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E2E3AA8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6BC6AC95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9" w:type="dxa"/>
          </w:tcPr>
          <w:p w14:paraId="3FD7B35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276" w:type="dxa"/>
          </w:tcPr>
          <w:p w14:paraId="5107B099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381" w:type="dxa"/>
          </w:tcPr>
          <w:p w14:paraId="2F0ECCE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65D876CA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14" w:type="dxa"/>
          </w:tcPr>
          <w:p w14:paraId="3C52034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31551AE8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28F5F4C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</w:tbl>
    <w:p w14:paraId="306128C6" w14:textId="77777777" w:rsidR="00700010" w:rsidRPr="006A7500" w:rsidRDefault="00700010" w:rsidP="00700010">
      <w:pPr>
        <w:rPr>
          <w:rFonts w:ascii="Aptos" w:hAnsi="Aptos"/>
        </w:rPr>
      </w:pPr>
      <w:r w:rsidRPr="006A7500">
        <w:rPr>
          <w:rFonts w:ascii="Aptos" w:hAnsi="Aptos"/>
        </w:rPr>
        <w:br w:type="page"/>
      </w:r>
    </w:p>
    <w:p w14:paraId="0B0D8924" w14:textId="0C8E06A9" w:rsidR="00AC0E2E" w:rsidRPr="006A7500" w:rsidRDefault="00AC0E2E" w:rsidP="00AC0E2E">
      <w:pPr>
        <w:jc w:val="both"/>
        <w:rPr>
          <w:rFonts w:ascii="Aptos" w:hAnsi="Aptos" w:cs="Arial"/>
          <w:szCs w:val="24"/>
        </w:rPr>
      </w:pPr>
      <w:r w:rsidRPr="006A7500">
        <w:rPr>
          <w:rFonts w:ascii="Aptos" w:hAnsi="Aptos"/>
        </w:rPr>
        <w:lastRenderedPageBreak/>
        <w:drawing>
          <wp:anchor distT="0" distB="0" distL="114300" distR="114300" simplePos="0" relativeHeight="251664384" behindDoc="1" locked="0" layoutInCell="1" allowOverlap="0" wp14:anchorId="04BC6EBC" wp14:editId="4BF0CCDB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441960" cy="370840"/>
            <wp:effectExtent l="0" t="0" r="0" b="0"/>
            <wp:wrapTight wrapText="bothSides">
              <wp:wrapPolygon edited="0">
                <wp:start x="8379" y="0"/>
                <wp:lineTo x="0" y="16644"/>
                <wp:lineTo x="0" y="19973"/>
                <wp:lineTo x="20483" y="19973"/>
                <wp:lineTo x="20483" y="16644"/>
                <wp:lineTo x="18621" y="11096"/>
                <wp:lineTo x="13034" y="0"/>
                <wp:lineTo x="8379" y="0"/>
              </wp:wrapPolygon>
            </wp:wrapTight>
            <wp:docPr id="889175009" name="Image 1" descr="Panneau d'avertissement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Panneau d'avertissement vector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7500">
        <w:rPr>
          <w:rFonts w:ascii="Aptos" w:hAnsi="Aptos" w:cs="Arial"/>
          <w:b/>
          <w:bCs/>
          <w:szCs w:val="24"/>
        </w:rPr>
        <w:t>Récompenses sportives</w:t>
      </w:r>
      <w:r w:rsidRPr="006A7500">
        <w:rPr>
          <w:rFonts w:ascii="Aptos" w:hAnsi="Aptos" w:cs="Arial"/>
          <w:bCs/>
          <w:szCs w:val="24"/>
        </w:rPr>
        <w:t xml:space="preserve"> : </w:t>
      </w:r>
      <w:r w:rsidRPr="006A7500">
        <w:rPr>
          <w:rFonts w:ascii="Aptos" w:hAnsi="Aptos" w:cs="Arial"/>
          <w:szCs w:val="24"/>
        </w:rPr>
        <w:t>Indiquer précisément les titres exacts et le rang obtenus : (exemple : le 4</w:t>
      </w:r>
      <w:r w:rsidRPr="006A7500">
        <w:rPr>
          <w:rFonts w:ascii="Aptos" w:hAnsi="Aptos" w:cs="Arial"/>
          <w:szCs w:val="24"/>
          <w:vertAlign w:val="superscript"/>
        </w:rPr>
        <w:t>ème</w:t>
      </w:r>
      <w:r w:rsidRPr="006A7500">
        <w:rPr>
          <w:rFonts w:ascii="Aptos" w:hAnsi="Aptos" w:cs="Arial"/>
          <w:szCs w:val="24"/>
        </w:rPr>
        <w:t xml:space="preserve"> national, mais champion Régional sera récompensé </w:t>
      </w:r>
      <w:r w:rsidR="00614D06">
        <w:rPr>
          <w:rFonts w:ascii="Aptos" w:hAnsi="Aptos" w:cs="Arial"/>
          <w:szCs w:val="24"/>
        </w:rPr>
        <w:t xml:space="preserve">uniquement </w:t>
      </w:r>
      <w:r w:rsidRPr="006A7500">
        <w:rPr>
          <w:rFonts w:ascii="Aptos" w:hAnsi="Aptos" w:cs="Arial"/>
          <w:szCs w:val="24"/>
        </w:rPr>
        <w:t>en Régional)</w:t>
      </w:r>
    </w:p>
    <w:p w14:paraId="2152E8DF" w14:textId="77777777" w:rsidR="00AC0E2E" w:rsidRPr="006A7500" w:rsidRDefault="00AC0E2E" w:rsidP="00AC0E2E">
      <w:pPr>
        <w:jc w:val="both"/>
        <w:rPr>
          <w:rFonts w:ascii="Aptos" w:hAnsi="Aptos" w:cs="Arial"/>
          <w:szCs w:val="24"/>
        </w:rPr>
      </w:pPr>
      <w:r w:rsidRPr="006A7500">
        <w:rPr>
          <w:rFonts w:ascii="Aptos" w:hAnsi="Aptos" w:cs="Arial"/>
          <w:szCs w:val="24"/>
        </w:rPr>
        <w:t>En fonction des sports et des méthodes de classement fédéraux, n’hésitez pas à nous proposer et détailler les résultats mis en avant</w:t>
      </w:r>
    </w:p>
    <w:p w14:paraId="1A65F8CB" w14:textId="0B4A1700" w:rsidR="00700010" w:rsidRPr="006A7500" w:rsidRDefault="00700010" w:rsidP="00472791">
      <w:pPr>
        <w:pStyle w:val="Sous-titre"/>
      </w:pPr>
      <w:r w:rsidRPr="006A7500">
        <w:t>4 – Proposition d'un sportif à récompenser</w:t>
      </w:r>
    </w:p>
    <w:tbl>
      <w:tblPr>
        <w:tblW w:w="10632" w:type="dxa"/>
        <w:tblInd w:w="-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671"/>
        <w:gridCol w:w="706"/>
        <w:gridCol w:w="1195"/>
        <w:gridCol w:w="3442"/>
        <w:gridCol w:w="637"/>
        <w:gridCol w:w="661"/>
        <w:gridCol w:w="593"/>
        <w:gridCol w:w="727"/>
      </w:tblGrid>
      <w:tr w:rsidR="00AC0E2E" w:rsidRPr="009B32CA" w14:paraId="2835CAA5" w14:textId="77777777" w:rsidTr="003D0D0E">
        <w:tc>
          <w:tcPr>
            <w:tcW w:w="2694" w:type="dxa"/>
            <w:shd w:val="clear" w:color="auto" w:fill="F2F2F2" w:themeFill="background1" w:themeFillShade="F2"/>
          </w:tcPr>
          <w:p w14:paraId="55063473" w14:textId="77777777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Sportif (Prénom / Nom)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6A16FC29" w14:textId="17F11245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Âge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ED4AFAD" w14:textId="1675BD2A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Catégorie</w:t>
            </w:r>
          </w:p>
        </w:tc>
        <w:tc>
          <w:tcPr>
            <w:tcW w:w="3476" w:type="dxa"/>
            <w:shd w:val="clear" w:color="auto" w:fill="F2F2F2" w:themeFill="background1" w:themeFillShade="F2"/>
          </w:tcPr>
          <w:p w14:paraId="10644037" w14:textId="5838C0E0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Résultats obtenus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1003294" w14:textId="59C1FECF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proofErr w:type="spellStart"/>
            <w:r w:rsidRPr="009B32CA">
              <w:rPr>
                <w:rFonts w:ascii="Aptos" w:hAnsi="Aptos"/>
                <w:b/>
                <w:bCs/>
                <w:color w:val="4F81BD" w:themeColor="accent1"/>
              </w:rPr>
              <w:t>Dép</w:t>
            </w:r>
            <w:proofErr w:type="spellEnd"/>
          </w:p>
        </w:tc>
        <w:tc>
          <w:tcPr>
            <w:tcW w:w="662" w:type="dxa"/>
            <w:shd w:val="clear" w:color="auto" w:fill="F2F2F2" w:themeFill="background1" w:themeFillShade="F2"/>
          </w:tcPr>
          <w:p w14:paraId="2FA1453D" w14:textId="02594077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Rég</w:t>
            </w:r>
          </w:p>
        </w:tc>
        <w:tc>
          <w:tcPr>
            <w:tcW w:w="593" w:type="dxa"/>
            <w:shd w:val="clear" w:color="auto" w:fill="F2F2F2" w:themeFill="background1" w:themeFillShade="F2"/>
          </w:tcPr>
          <w:p w14:paraId="58E9F72C" w14:textId="350AD2F9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Nat</w:t>
            </w:r>
          </w:p>
        </w:tc>
        <w:tc>
          <w:tcPr>
            <w:tcW w:w="728" w:type="dxa"/>
            <w:shd w:val="clear" w:color="auto" w:fill="F2F2F2" w:themeFill="background1" w:themeFillShade="F2"/>
          </w:tcPr>
          <w:p w14:paraId="22BC2DCD" w14:textId="7B4C67B5" w:rsidR="00AC0E2E" w:rsidRPr="009B32CA" w:rsidRDefault="00AC0E2E" w:rsidP="00AC0E2E">
            <w:pPr>
              <w:rPr>
                <w:rFonts w:ascii="Aptos" w:hAnsi="Aptos"/>
                <w:b/>
                <w:bCs/>
                <w:color w:val="4F81BD" w:themeColor="accent1"/>
              </w:rPr>
            </w:pPr>
            <w:r w:rsidRPr="009B32CA">
              <w:rPr>
                <w:rFonts w:ascii="Aptos" w:hAnsi="Aptos"/>
                <w:b/>
                <w:bCs/>
                <w:color w:val="4F81BD" w:themeColor="accent1"/>
              </w:rPr>
              <w:t>Inter</w:t>
            </w:r>
          </w:p>
        </w:tc>
      </w:tr>
      <w:tr w:rsidR="00700010" w:rsidRPr="006A7500" w14:paraId="30DA1BF1" w14:textId="77777777" w:rsidTr="003D0D0E">
        <w:tc>
          <w:tcPr>
            <w:tcW w:w="2694" w:type="dxa"/>
            <w:shd w:val="clear" w:color="auto" w:fill="F2F2F2" w:themeFill="background1" w:themeFillShade="F2"/>
          </w:tcPr>
          <w:p w14:paraId="59E80D7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86ED56B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7A9FAA1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7811F6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C7B235E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7ACD6E8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2ABE61F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8" w:type="dxa"/>
          </w:tcPr>
          <w:p w14:paraId="07A8065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134" w:type="dxa"/>
          </w:tcPr>
          <w:p w14:paraId="5408BBC1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476" w:type="dxa"/>
          </w:tcPr>
          <w:p w14:paraId="6E17CE20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224B9AD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62" w:type="dxa"/>
          </w:tcPr>
          <w:p w14:paraId="4980BFD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6B4D683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13A4B5A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63BD7E68" w14:textId="77777777" w:rsidTr="003D0D0E">
        <w:tc>
          <w:tcPr>
            <w:tcW w:w="2694" w:type="dxa"/>
            <w:shd w:val="clear" w:color="auto" w:fill="F2F2F2" w:themeFill="background1" w:themeFillShade="F2"/>
          </w:tcPr>
          <w:p w14:paraId="3EFE896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4C3B33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DD91A11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9E1BC17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9CC5C7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6EEE868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A6EB695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8" w:type="dxa"/>
          </w:tcPr>
          <w:p w14:paraId="445F374A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134" w:type="dxa"/>
          </w:tcPr>
          <w:p w14:paraId="13D8DE7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476" w:type="dxa"/>
          </w:tcPr>
          <w:p w14:paraId="01DB20C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4E84FF7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62" w:type="dxa"/>
          </w:tcPr>
          <w:p w14:paraId="5F49EA53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31AF5E6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2FC64122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7E4F2D43" w14:textId="77777777" w:rsidTr="003D0D0E">
        <w:tc>
          <w:tcPr>
            <w:tcW w:w="2694" w:type="dxa"/>
            <w:shd w:val="clear" w:color="auto" w:fill="F2F2F2" w:themeFill="background1" w:themeFillShade="F2"/>
          </w:tcPr>
          <w:p w14:paraId="33BE8F40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776A04E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C4F404F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504138F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0487FD4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6F41B13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7A73970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8" w:type="dxa"/>
          </w:tcPr>
          <w:p w14:paraId="65537FD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134" w:type="dxa"/>
          </w:tcPr>
          <w:p w14:paraId="4F5C223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476" w:type="dxa"/>
          </w:tcPr>
          <w:p w14:paraId="1C9959E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421B6037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62" w:type="dxa"/>
          </w:tcPr>
          <w:p w14:paraId="2F4701A3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52169405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47395A6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3B509354" w14:textId="77777777" w:rsidTr="003D0D0E">
        <w:tc>
          <w:tcPr>
            <w:tcW w:w="2694" w:type="dxa"/>
            <w:shd w:val="clear" w:color="auto" w:fill="F2F2F2" w:themeFill="background1" w:themeFillShade="F2"/>
          </w:tcPr>
          <w:p w14:paraId="340CC849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4B37DA81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E64607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00C800F6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6F8FAB5D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A015DE4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E88547B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8" w:type="dxa"/>
          </w:tcPr>
          <w:p w14:paraId="0F1DD751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134" w:type="dxa"/>
          </w:tcPr>
          <w:p w14:paraId="06D9EFB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476" w:type="dxa"/>
          </w:tcPr>
          <w:p w14:paraId="71CEA05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1EEA076B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62" w:type="dxa"/>
          </w:tcPr>
          <w:p w14:paraId="132B573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00BE5797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2132F793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  <w:tr w:rsidR="00700010" w:rsidRPr="006A7500" w14:paraId="4125AF9A" w14:textId="77777777" w:rsidTr="003D0D0E">
        <w:tc>
          <w:tcPr>
            <w:tcW w:w="2694" w:type="dxa"/>
            <w:shd w:val="clear" w:color="auto" w:fill="F2F2F2" w:themeFill="background1" w:themeFillShade="F2"/>
          </w:tcPr>
          <w:p w14:paraId="3FC6FD55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D5637AE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20676FBF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3B2119F9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73130BDD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5A1150D9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  <w:p w14:paraId="1D30C317" w14:textId="77777777" w:rsidR="00AC0E2E" w:rsidRPr="006A7500" w:rsidRDefault="00AC0E2E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08" w:type="dxa"/>
          </w:tcPr>
          <w:p w14:paraId="72B902BF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1134" w:type="dxa"/>
          </w:tcPr>
          <w:p w14:paraId="3EAB5ED6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3476" w:type="dxa"/>
          </w:tcPr>
          <w:p w14:paraId="4F61FE8C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37" w:type="dxa"/>
          </w:tcPr>
          <w:p w14:paraId="7D6F33A5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662" w:type="dxa"/>
          </w:tcPr>
          <w:p w14:paraId="2E1D4BA3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593" w:type="dxa"/>
          </w:tcPr>
          <w:p w14:paraId="34EB6815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  <w:tc>
          <w:tcPr>
            <w:tcW w:w="728" w:type="dxa"/>
          </w:tcPr>
          <w:p w14:paraId="4604CC7D" w14:textId="77777777" w:rsidR="00700010" w:rsidRPr="006A7500" w:rsidRDefault="00700010" w:rsidP="00AC0E2E">
            <w:pPr>
              <w:pStyle w:val="Sansinterligne"/>
              <w:rPr>
                <w:rFonts w:ascii="Aptos" w:hAnsi="Aptos"/>
                <w:lang w:val="fr-FR"/>
              </w:rPr>
            </w:pPr>
          </w:p>
        </w:tc>
      </w:tr>
    </w:tbl>
    <w:p w14:paraId="0C5F103F" w14:textId="77777777" w:rsidR="00700010" w:rsidRPr="006A7500" w:rsidRDefault="00700010" w:rsidP="00700010">
      <w:pPr>
        <w:rPr>
          <w:rFonts w:ascii="Aptos" w:hAnsi="Aptos"/>
        </w:rPr>
      </w:pPr>
    </w:p>
    <w:sectPr w:rsidR="00700010" w:rsidRPr="006A7500" w:rsidSect="00596428">
      <w:footerReference w:type="default" r:id="rId10"/>
      <w:pgSz w:w="11907" w:h="16840" w:code="9"/>
      <w:pgMar w:top="567" w:right="1134" w:bottom="567" w:left="1134" w:header="72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583EC" w14:textId="77777777" w:rsidR="007537AD" w:rsidRDefault="007537AD" w:rsidP="003C255F">
      <w:pPr>
        <w:spacing w:after="0" w:line="240" w:lineRule="auto"/>
      </w:pPr>
      <w:r>
        <w:separator/>
      </w:r>
    </w:p>
  </w:endnote>
  <w:endnote w:type="continuationSeparator" w:id="0">
    <w:p w14:paraId="37154772" w14:textId="77777777" w:rsidR="007537AD" w:rsidRDefault="007537AD" w:rsidP="003C2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C40F" w14:textId="5EBB438A" w:rsidR="003C255F" w:rsidRPr="00596428" w:rsidRDefault="00FB32C8" w:rsidP="00FB32C8">
    <w:pPr>
      <w:jc w:val="center"/>
      <w:rPr>
        <w:rFonts w:ascii="Aptos" w:hAnsi="Aptos"/>
      </w:rPr>
    </w:pPr>
    <w:r w:rsidRPr="00596428">
      <w:rPr>
        <w:rFonts w:ascii="Aptos" w:hAnsi="Aptos"/>
        <w:noProof/>
      </w:rPr>
      <w:drawing>
        <wp:anchor distT="0" distB="0" distL="114300" distR="114300" simplePos="0" relativeHeight="251658752" behindDoc="1" locked="0" layoutInCell="1" allowOverlap="1" wp14:anchorId="2F443516" wp14:editId="0C35BDE8">
          <wp:simplePos x="0" y="0"/>
          <wp:positionH relativeFrom="column">
            <wp:posOffset>5711190</wp:posOffset>
          </wp:positionH>
          <wp:positionV relativeFrom="paragraph">
            <wp:posOffset>-128270</wp:posOffset>
          </wp:positionV>
          <wp:extent cx="815340" cy="611505"/>
          <wp:effectExtent l="0" t="0" r="3810" b="0"/>
          <wp:wrapTight wrapText="bothSides">
            <wp:wrapPolygon edited="0">
              <wp:start x="0" y="0"/>
              <wp:lineTo x="0" y="20860"/>
              <wp:lineTo x="21196" y="20860"/>
              <wp:lineTo x="21196" y="0"/>
              <wp:lineTo x="0" y="0"/>
            </wp:wrapPolygon>
          </wp:wrapTight>
          <wp:docPr id="14445433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ateau SP g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5340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255F" w:rsidRPr="00596428">
      <w:rPr>
        <w:rFonts w:ascii="Aptos" w:hAnsi="Aptos"/>
        <w:i/>
      </w:rPr>
      <w:t>Le sport pour tous, ensemble à Saint-Priest.</w:t>
    </w:r>
    <w:r w:rsidR="003C255F" w:rsidRPr="00596428">
      <w:rPr>
        <w:rFonts w:ascii="Aptos" w:hAnsi="Aptos"/>
        <w:i/>
      </w:rPr>
      <w:br/>
    </w:r>
    <w:r w:rsidR="003C255F" w:rsidRPr="00596428">
      <w:rPr>
        <w:rFonts w:ascii="Aptos" w:hAnsi="Aptos"/>
      </w:rPr>
      <w:t xml:space="preserve">2 rue de la Cordière • 69800 Saint-Priest • </w:t>
    </w:r>
    <w:hyperlink r:id="rId2" w:history="1">
      <w:r w:rsidR="003C255F" w:rsidRPr="00596428">
        <w:rPr>
          <w:rStyle w:val="Lienhypertexte"/>
          <w:rFonts w:ascii="Aptos" w:hAnsi="Aptos"/>
        </w:rPr>
        <w:t>bureau@omssp.net</w:t>
      </w:r>
    </w:hyperlink>
    <w:r w:rsidR="003C255F" w:rsidRPr="00596428">
      <w:rPr>
        <w:rFonts w:ascii="Aptos" w:hAnsi="Aptos"/>
      </w:rPr>
      <w:t xml:space="preserve"> • </w:t>
    </w:r>
    <w:hyperlink r:id="rId3" w:history="1">
      <w:r w:rsidR="003C255F" w:rsidRPr="00596428">
        <w:rPr>
          <w:rStyle w:val="Lienhypertexte"/>
          <w:rFonts w:ascii="Aptos" w:hAnsi="Aptos"/>
        </w:rPr>
        <w:t>omssp.net</w:t>
      </w:r>
    </w:hyperlink>
    <w:r w:rsidRPr="00596428">
      <w:rPr>
        <w:rFonts w:ascii="Aptos" w:hAnsi="Apto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023CE" w14:textId="77777777" w:rsidR="007537AD" w:rsidRDefault="007537AD" w:rsidP="003C255F">
      <w:pPr>
        <w:spacing w:after="0" w:line="240" w:lineRule="auto"/>
      </w:pPr>
      <w:r>
        <w:separator/>
      </w:r>
    </w:p>
  </w:footnote>
  <w:footnote w:type="continuationSeparator" w:id="0">
    <w:p w14:paraId="3E6F6247" w14:textId="77777777" w:rsidR="007537AD" w:rsidRDefault="007537AD" w:rsidP="003C2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4795993">
    <w:abstractNumId w:val="8"/>
  </w:num>
  <w:num w:numId="2" w16cid:durableId="1791974666">
    <w:abstractNumId w:val="6"/>
  </w:num>
  <w:num w:numId="3" w16cid:durableId="2026440975">
    <w:abstractNumId w:val="5"/>
  </w:num>
  <w:num w:numId="4" w16cid:durableId="625043587">
    <w:abstractNumId w:val="4"/>
  </w:num>
  <w:num w:numId="5" w16cid:durableId="1702587559">
    <w:abstractNumId w:val="7"/>
  </w:num>
  <w:num w:numId="6" w16cid:durableId="669023382">
    <w:abstractNumId w:val="3"/>
  </w:num>
  <w:num w:numId="7" w16cid:durableId="820266526">
    <w:abstractNumId w:val="2"/>
  </w:num>
  <w:num w:numId="8" w16cid:durableId="1210416771">
    <w:abstractNumId w:val="1"/>
  </w:num>
  <w:num w:numId="9" w16cid:durableId="536427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FF6"/>
    <w:rsid w:val="0015074B"/>
    <w:rsid w:val="0029639D"/>
    <w:rsid w:val="00326F90"/>
    <w:rsid w:val="003C255F"/>
    <w:rsid w:val="003D0D0E"/>
    <w:rsid w:val="00400EA0"/>
    <w:rsid w:val="00472791"/>
    <w:rsid w:val="00596428"/>
    <w:rsid w:val="00596A77"/>
    <w:rsid w:val="00614D06"/>
    <w:rsid w:val="006A7500"/>
    <w:rsid w:val="006B4DFA"/>
    <w:rsid w:val="00700010"/>
    <w:rsid w:val="0073680E"/>
    <w:rsid w:val="007537AD"/>
    <w:rsid w:val="008B635C"/>
    <w:rsid w:val="008E2E4E"/>
    <w:rsid w:val="00917565"/>
    <w:rsid w:val="009B32CA"/>
    <w:rsid w:val="009E6482"/>
    <w:rsid w:val="00A11A35"/>
    <w:rsid w:val="00AA1D8D"/>
    <w:rsid w:val="00AB6981"/>
    <w:rsid w:val="00AC0E2E"/>
    <w:rsid w:val="00B47730"/>
    <w:rsid w:val="00B503A7"/>
    <w:rsid w:val="00CB0664"/>
    <w:rsid w:val="00D7320B"/>
    <w:rsid w:val="00E40434"/>
    <w:rsid w:val="00E61AE3"/>
    <w:rsid w:val="00FB32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CF67DA"/>
  <w14:defaultImageDpi w14:val="330"/>
  <w15:docId w15:val="{67E6D5C4-2446-4925-B052-5D540DE1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E2E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503A7"/>
    <w:pPr>
      <w:shd w:val="clear" w:color="auto" w:fill="0F6D74"/>
      <w:spacing w:after="120"/>
      <w:jc w:val="center"/>
      <w:outlineLvl w:val="0"/>
    </w:pPr>
    <w:rPr>
      <w:rFonts w:ascii="Aptos Display" w:eastAsia="Aptos" w:hAnsi="Aptos Display"/>
      <w:b/>
      <w:color w:val="FFFFFF"/>
      <w:sz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Titre1"/>
    <w:next w:val="Normal"/>
    <w:link w:val="Titre3Car"/>
    <w:uiPriority w:val="9"/>
    <w:unhideWhenUsed/>
    <w:qFormat/>
    <w:rsid w:val="00400EA0"/>
    <w:pPr>
      <w:shd w:val="clear" w:color="auto" w:fill="00B050"/>
      <w:jc w:val="left"/>
      <w:outlineLvl w:val="2"/>
    </w:pPr>
    <w:rPr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B503A7"/>
    <w:rPr>
      <w:rFonts w:ascii="Aptos Display" w:eastAsia="Aptos" w:hAnsi="Aptos Display"/>
      <w:b/>
      <w:color w:val="FFFFFF"/>
      <w:sz w:val="44"/>
      <w:shd w:val="clear" w:color="auto" w:fill="0F6D74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400EA0"/>
    <w:rPr>
      <w:rFonts w:ascii="Aptos Display" w:eastAsia="Aptos" w:hAnsi="Aptos Display"/>
      <w:b/>
      <w:color w:val="FFFFFF"/>
      <w:sz w:val="30"/>
      <w:szCs w:val="30"/>
      <w:shd w:val="clear" w:color="auto" w:fill="00B050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Titre1"/>
    <w:next w:val="Normal"/>
    <w:link w:val="Sous-titreCar"/>
    <w:uiPriority w:val="11"/>
    <w:qFormat/>
    <w:rsid w:val="00472791"/>
    <w:pPr>
      <w:shd w:val="clear" w:color="auto" w:fill="auto"/>
      <w:jc w:val="left"/>
    </w:pPr>
    <w:rPr>
      <w:color w:val="0F6D74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2791"/>
    <w:rPr>
      <w:rFonts w:ascii="Aptos Display" w:eastAsia="Aptos" w:hAnsi="Aptos Display"/>
      <w:b/>
      <w:color w:val="0F6D74"/>
      <w:sz w:val="28"/>
      <w:szCs w:val="28"/>
      <w:lang w:val="fr-FR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3C255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255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B32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mssp.net" TargetMode="External"/><Relationship Id="rId2" Type="http://schemas.openxmlformats.org/officeDocument/2006/relationships/hyperlink" Target="mailto:bureau@omssp.net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Serge Audouard</cp:lastModifiedBy>
  <cp:revision>11</cp:revision>
  <cp:lastPrinted>2026-06-30T16:12:00Z</cp:lastPrinted>
  <dcterms:created xsi:type="dcterms:W3CDTF">2026-06-30T16:14:00Z</dcterms:created>
  <dcterms:modified xsi:type="dcterms:W3CDTF">2026-07-27T15:07:00Z</dcterms:modified>
  <cp:category/>
</cp:coreProperties>
</file>